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TRUNG TÂM ANH NGỮ — ĐỀ LUYỆN THI IELTS LISTENING (MẪU)</w:t>
      </w:r>
    </w:p>
    <w:p>
      <w:pPr>
        <w:jc w:val="center"/>
      </w:pPr>
      <w:r>
        <w:t>Listening Part 1 · Câu 1–10 · File audio kèm theo: mau-audio-listening-part1.mp3</w:t>
      </w:r>
    </w:p>
    <w:p>
      <w:r>
        <w:rPr>
          <w:b/>
          <w:sz w:val="28"/>
        </w:rPr>
        <w:t>PART 1 — Questions 1–10</w:t>
      </w:r>
    </w:p>
    <w:p>
      <w:r>
        <w:t>Complete the form below. Write ONE WORD AND/OR A NUMBER for each answer.</w:t>
      </w:r>
    </w:p>
    <w:p>
      <w:r>
        <w:rPr>
          <w:b/>
          <w:sz w:val="24"/>
        </w:rPr>
        <w:t>COMMUNITY SPORTS CENTRE — MEMBERSHIP FORM</w:t>
      </w:r>
    </w:p>
    <w:p>
      <w:r>
        <w:t>1.  Full name:  Sarah ………</w:t>
      </w:r>
    </w:p>
    <w:p>
      <w:r>
        <w:t>2.  Membership type:  ……… membership</w:t>
      </w:r>
    </w:p>
    <w:p>
      <w:r>
        <w:t>3.  Preferred activity:  ………</w:t>
      </w:r>
    </w:p>
    <w:p>
      <w:r>
        <w:t>4.  Available day:  ………</w:t>
      </w:r>
    </w:p>
    <w:p>
      <w:r>
        <w:t>5.  Start time:  ……… pm</w:t>
      </w:r>
    </w:p>
    <w:p>
      <w:r>
        <w:t>6.  Address:  ……… Road, number 47</w:t>
      </w:r>
    </w:p>
    <w:p>
      <w:r>
        <w:t>7.  Postcode:  ………</w:t>
      </w:r>
    </w:p>
    <w:p>
      <w:r>
        <w:t>8.  Phone:  ………</w:t>
      </w:r>
    </w:p>
    <w:p>
      <w:r>
        <w:t>9.  Monthly fee:  £ ………</w:t>
      </w:r>
    </w:p>
    <w:p>
      <w:r>
        <w:t>10.  Payment method:  by ………</w:t>
      </w:r>
    </w:p>
    <w:p>
      <w:r>
        <w:rPr>
          <w:b/>
          <w:sz w:val="28"/>
        </w:rPr>
        <w:t>ĐÁP ÁN (phần dành cho giáo viên)</w:t>
      </w:r>
    </w:p>
    <w:p>
      <w:r>
        <w:t>1. Milton    2. student    3. swimming    4. Thursday    5. 6.30</w:t>
      </w:r>
    </w:p>
    <w:p>
      <w:r>
        <w:t>6. Preston    7. BH27 9GT    8. 07791 452 866    9. 24.50    10. card</w:t>
      </w:r>
    </w:p>
    <w:p>
      <w:r>
        <w:rPr>
          <w:i/>
        </w:rPr>
        <w:t>Ghi chú giáo vụ: khi import lên hệ thống MONA, kéo kèm file audio mp3 — hệ thống tự ghép audio vào đúng Part.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